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F1652E" w14:textId="372CDCC8" w:rsidR="00F003D1" w:rsidRPr="00F003D1" w:rsidRDefault="00F003D1" w:rsidP="00F003D1">
      <w:pPr>
        <w:pStyle w:val="Overskrift1"/>
        <w:rPr>
          <w:lang w:val="nb-NO"/>
        </w:rPr>
      </w:pPr>
      <w:bookmarkStart w:id="0" w:name="_Hlk231561862"/>
      <w:bookmarkStart w:id="1" w:name="_Hlk231561275"/>
      <w:r>
        <w:rPr>
          <w:lang w:val="nb-NO"/>
        </w:rPr>
        <w:t>Moss Voksenopplæring</w:t>
      </w:r>
    </w:p>
    <w:p w14:paraId="35BA63BA" w14:textId="661A59BC" w:rsidR="00F003D1" w:rsidRPr="00873822" w:rsidRDefault="00F003D1" w:rsidP="00F003D1">
      <w:pPr>
        <w:spacing w:before="100" w:beforeAutospacing="1" w:after="100" w:afterAutospacing="1" w:line="300" w:lineRule="atLeast"/>
        <w:outlineLvl w:val="2"/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  <w:t>Norskkurs for nybegynnere (A1)</w:t>
      </w:r>
    </w:p>
    <w:p w14:paraId="4A90AEC3" w14:textId="77777777" w:rsidR="00F003D1" w:rsidRPr="00873822" w:rsidRDefault="00F003D1" w:rsidP="00F003D1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Lær norsk for hverdagen i et trygt og internasjonalt læringsmiljø.</w:t>
      </w:r>
    </w:p>
    <w:p w14:paraId="2B8D40AA" w14:textId="09D5DB0C" w:rsidR="00F003D1" w:rsidRPr="00873822" w:rsidRDefault="00F003D1" w:rsidP="00F003D1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Trening i hverdagsspråk</w:t>
      </w:r>
      <w:r w:rsidR="00872B1F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og enkel kommunikasjon</w:t>
      </w:r>
    </w:p>
    <w:p w14:paraId="64F67AB8" w14:textId="77777777" w:rsidR="00F003D1" w:rsidRPr="00873822" w:rsidRDefault="00F003D1" w:rsidP="00F003D1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Innføring i norsk kultur og arbeidsliv</w:t>
      </w:r>
    </w:p>
    <w:p w14:paraId="5ECED130" w14:textId="77777777" w:rsidR="00F003D1" w:rsidRPr="00873822" w:rsidRDefault="00F003D1" w:rsidP="00F003D1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Kveldskurs: mandager og onsdager kl. 17:30–20:00</w:t>
      </w:r>
    </w:p>
    <w:p w14:paraId="3F3C114E" w14:textId="64A9E393" w:rsidR="00F003D1" w:rsidRPr="00873822" w:rsidRDefault="00F003D1" w:rsidP="00F003D1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Kurset passer for deg som er ny i Norge, eller som har brukt mest andre språk i jobb og hverdag.</w:t>
      </w:r>
      <w:r w:rsidR="00224516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Kvalifiserte lærere med lang erfaring fra norskopplæring.</w:t>
      </w:r>
    </w:p>
    <w:p w14:paraId="26D0797B" w14:textId="77777777" w:rsidR="00DC4796" w:rsidRPr="00873822" w:rsidRDefault="00F003D1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Varighet: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</w:t>
      </w:r>
      <w:r w:rsidR="002F2F7C" w:rsidRPr="00873822">
        <w:rPr>
          <w:rFonts w:ascii="Arial" w:eastAsia="Times New Roman" w:hAnsi="Arial" w:cs="Arial"/>
          <w:sz w:val="21"/>
          <w:szCs w:val="21"/>
          <w:lang w:val="nb-NO" w:eastAsia="nb-NO"/>
        </w:rPr>
        <w:t>7-9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uker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br/>
      </w: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Pris: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NOK </w:t>
      </w:r>
      <w:r w:rsidR="00DC4796" w:rsidRPr="00873822">
        <w:rPr>
          <w:rFonts w:ascii="Arial" w:eastAsia="Times New Roman" w:hAnsi="Arial" w:cs="Arial"/>
          <w:sz w:val="21"/>
          <w:szCs w:val="21"/>
          <w:lang w:val="nb-NO" w:eastAsia="nb-NO"/>
        </w:rPr>
        <w:t>3100-4300 kr</w:t>
      </w:r>
    </w:p>
    <w:p w14:paraId="2E87DBE1" w14:textId="77777777" w:rsidR="00DC4796" w:rsidRPr="00873822" w:rsidRDefault="00DC4796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</w:p>
    <w:p w14:paraId="23231561" w14:textId="00B47A9D" w:rsidR="00DC4796" w:rsidRPr="00873822" w:rsidRDefault="00DC4796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Nye grupper fra mandag 17.august 2026.</w:t>
      </w:r>
    </w:p>
    <w:p w14:paraId="420E0F1A" w14:textId="46673F39" w:rsidR="00F003D1" w:rsidRPr="00873822" w:rsidRDefault="00F003D1" w:rsidP="00F003D1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Segoe UI Emoji" w:eastAsia="Times New Roman" w:hAnsi="Segoe UI Emoji" w:cs="Segoe UI Emoji"/>
          <w:sz w:val="21"/>
          <w:szCs w:val="21"/>
          <w:lang w:val="nb-NO" w:eastAsia="nb-NO"/>
        </w:rPr>
        <w:t>👉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</w:t>
      </w:r>
      <w:r w:rsidR="00872B1F" w:rsidRPr="00873822">
        <w:rPr>
          <w:rFonts w:ascii="Arial" w:eastAsia="Times New Roman" w:hAnsi="Arial" w:cs="Arial"/>
          <w:sz w:val="21"/>
          <w:szCs w:val="21"/>
          <w:lang w:val="nb-NO" w:eastAsia="nb-NO"/>
        </w:rPr>
        <w:t>I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nformasjon og påmelding</w:t>
      </w:r>
      <w:r w:rsidR="002E5998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: </w:t>
      </w:r>
      <w:hyperlink r:id="rId6" w:history="1">
        <w:r w:rsidR="00872B1F" w:rsidRPr="00873822">
          <w:rPr>
            <w:rStyle w:val="Hyperkobling"/>
            <w:rFonts w:ascii="Arial" w:eastAsia="Times New Roman" w:hAnsi="Arial" w:cs="Arial"/>
            <w:i/>
            <w:iCs/>
            <w:sz w:val="21"/>
            <w:szCs w:val="21"/>
            <w:lang w:eastAsia="nb-NO"/>
          </w:rPr>
          <w:t>Voksenopplæring - Hovedportal</w:t>
        </w:r>
      </w:hyperlink>
    </w:p>
    <w:p w14:paraId="70180599" w14:textId="27380957" w:rsidR="00B97EC2" w:rsidRPr="00873822" w:rsidRDefault="005F7F63" w:rsidP="005F7F63">
      <w:pPr>
        <w:pStyle w:val="Overskrift1"/>
        <w:rPr>
          <w:rFonts w:ascii="Arial" w:hAnsi="Arial" w:cs="Arial"/>
        </w:rPr>
      </w:pPr>
      <w:r w:rsidRPr="00873822">
        <w:rPr>
          <w:rFonts w:ascii="Arial" w:hAnsi="Arial" w:cs="Arial"/>
        </w:rPr>
        <w:t>Moss Voksenopplæring</w:t>
      </w:r>
    </w:p>
    <w:p w14:paraId="6D455E15" w14:textId="6EC08567" w:rsidR="00B97EC2" w:rsidRPr="00873822" w:rsidRDefault="00B97EC2" w:rsidP="00B97EC2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Learn Basic Norwegian for Everyday Life (A1)</w:t>
      </w:r>
    </w:p>
    <w:p w14:paraId="193739B4" w14:textId="77777777" w:rsidR="00B97EC2" w:rsidRPr="00873822" w:rsidRDefault="00B97EC2" w:rsidP="00B97EC2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Build your confidence in speaking Norwegian in everyday situations.</w:t>
      </w:r>
    </w:p>
    <w:p w14:paraId="76AD5B6B" w14:textId="77777777" w:rsidR="00B97EC2" w:rsidRPr="00873822" w:rsidRDefault="00B97EC2" w:rsidP="00B97EC2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Practice speaking, greetings and real-life communication</w:t>
      </w:r>
    </w:p>
    <w:p w14:paraId="73991E71" w14:textId="77777777" w:rsidR="00B97EC2" w:rsidRPr="00873822" w:rsidRDefault="00B97EC2" w:rsidP="00B97EC2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Learn in an international environment</w:t>
      </w:r>
    </w:p>
    <w:p w14:paraId="5431B795" w14:textId="77777777" w:rsidR="00B97EC2" w:rsidRPr="00873822" w:rsidRDefault="00B97EC2" w:rsidP="00B97EC2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Gain insight into Norwegian culture and workplace dos and don’ts</w:t>
      </w:r>
    </w:p>
    <w:p w14:paraId="125CA394" w14:textId="77777777" w:rsidR="00B97EC2" w:rsidRPr="00873822" w:rsidRDefault="00B97EC2" w:rsidP="00B97EC2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Evening course: Mondays and Wednesdays, 17:30–20:00</w:t>
      </w:r>
    </w:p>
    <w:p w14:paraId="06FC0D15" w14:textId="77777777" w:rsidR="00B97EC2" w:rsidRPr="00873822" w:rsidRDefault="00B97EC2" w:rsidP="00B97EC2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This course is ideal if you are new to Norway, or if you have been here for a while but mainly use English at work or in daily life.</w:t>
      </w:r>
    </w:p>
    <w:p w14:paraId="0E8E8778" w14:textId="06C79852" w:rsidR="00B97EC2" w:rsidRPr="00873822" w:rsidRDefault="00067263" w:rsidP="00B97EC2">
      <w:pPr>
        <w:spacing w:before="100" w:beforeAutospacing="1" w:after="100" w:afterAutospacing="1" w:line="300" w:lineRule="atLeast"/>
        <w:rPr>
          <w:rFonts w:ascii="Arial" w:eastAsia="Times New Roman" w:hAnsi="Arial" w:cs="Arial"/>
          <w:b/>
          <w:bCs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Duration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: 7 to</w:t>
      </w:r>
      <w:r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 xml:space="preserve"> 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9 weeks</w:t>
      </w:r>
      <w:r w:rsidR="00B97EC2" w:rsidRPr="00873822">
        <w:rPr>
          <w:rFonts w:ascii="Arial" w:eastAsia="Times New Roman" w:hAnsi="Arial" w:cs="Arial"/>
          <w:sz w:val="21"/>
          <w:szCs w:val="21"/>
          <w:lang w:eastAsia="nb-NO"/>
        </w:rPr>
        <w:br/>
      </w:r>
      <w:r w:rsidR="00B97EC2"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Start date:</w:t>
      </w:r>
      <w:r w:rsidR="00B97EC2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Monday 17 August</w:t>
      </w:r>
      <w:r w:rsidR="00B97EC2" w:rsidRPr="00873822">
        <w:rPr>
          <w:rFonts w:ascii="Arial" w:eastAsia="Times New Roman" w:hAnsi="Arial" w:cs="Arial"/>
          <w:sz w:val="21"/>
          <w:szCs w:val="21"/>
          <w:lang w:eastAsia="nb-NO"/>
        </w:rPr>
        <w:br/>
      </w:r>
      <w:r w:rsidR="00B97EC2"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Price:</w:t>
      </w:r>
      <w:r w:rsidR="00B97EC2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NOK 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3100-4300 </w:t>
      </w:r>
    </w:p>
    <w:p w14:paraId="0CEFB9D9" w14:textId="499ED951" w:rsidR="00B97EC2" w:rsidRPr="00873822" w:rsidRDefault="00B97EC2" w:rsidP="00B97EC2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Segoe UI Emoji" w:eastAsia="Times New Roman" w:hAnsi="Segoe UI Emoji" w:cs="Segoe UI Emoji"/>
          <w:sz w:val="21"/>
          <w:szCs w:val="21"/>
          <w:lang w:val="nb-NO" w:eastAsia="nb-NO"/>
        </w:rPr>
        <w:t>👉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</w:t>
      </w:r>
      <w:r w:rsidR="00872B1F" w:rsidRPr="00873822">
        <w:rPr>
          <w:rFonts w:ascii="Arial" w:eastAsia="Times New Roman" w:hAnsi="Arial" w:cs="Arial"/>
          <w:sz w:val="21"/>
          <w:szCs w:val="21"/>
          <w:lang w:eastAsia="nb-NO"/>
        </w:rPr>
        <w:t>I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nformation and registration</w:t>
      </w:r>
      <w:r w:rsidR="00872B1F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: </w:t>
      </w:r>
      <w:hyperlink r:id="rId7" w:history="1">
        <w:r w:rsidR="00872B1F" w:rsidRPr="00873822">
          <w:rPr>
            <w:rStyle w:val="Hyperkobling"/>
            <w:rFonts w:ascii="Arial" w:eastAsia="Times New Roman" w:hAnsi="Arial" w:cs="Arial"/>
            <w:sz w:val="21"/>
            <w:szCs w:val="21"/>
            <w:lang w:eastAsia="nb-NO"/>
          </w:rPr>
          <w:t>Voksenopplæring - Hovedportal</w:t>
        </w:r>
      </w:hyperlink>
    </w:p>
    <w:p w14:paraId="4B2F30C1" w14:textId="77777777" w:rsidR="007132E4" w:rsidRPr="00873822" w:rsidRDefault="007132E4" w:rsidP="007132E4">
      <w:pPr>
        <w:rPr>
          <w:rFonts w:ascii="Arial" w:hAnsi="Arial" w:cs="Arial"/>
        </w:rPr>
      </w:pPr>
    </w:p>
    <w:p w14:paraId="1ADE3D1E" w14:textId="7BE87153" w:rsidR="00DC4796" w:rsidRPr="00873822" w:rsidRDefault="00DC4796" w:rsidP="00DC4796">
      <w:pPr>
        <w:spacing w:before="100" w:beforeAutospacing="1" w:after="100" w:afterAutospacing="1" w:line="300" w:lineRule="atLeast"/>
        <w:outlineLvl w:val="2"/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  <w:t>Norskkurs på A1-A2 nivå</w:t>
      </w:r>
    </w:p>
    <w:p w14:paraId="5C41B3C9" w14:textId="19BEC007" w:rsidR="00067263" w:rsidRPr="00873822" w:rsidRDefault="00067263" w:rsidP="0006726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Systematisk introduksjon til norsk språk</w:t>
      </w:r>
    </w:p>
    <w:p w14:paraId="5F9B0E78" w14:textId="4446DB3C" w:rsidR="00067263" w:rsidRPr="00873822" w:rsidRDefault="00067263" w:rsidP="0006726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Trene på hverdagsspråk og praktisk kommunikasjon</w:t>
      </w:r>
    </w:p>
    <w:p w14:paraId="5A86F360" w14:textId="03AEAF71" w:rsidR="00067263" w:rsidRPr="00873822" w:rsidRDefault="00067263" w:rsidP="0006726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Lære om norsk kultur og arbeidsliv</w:t>
      </w:r>
    </w:p>
    <w:p w14:paraId="0633854B" w14:textId="33DB3AF8" w:rsidR="00067263" w:rsidRPr="00873822" w:rsidRDefault="00067263" w:rsidP="0006726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Kveldskur</w:t>
      </w:r>
      <w:r w:rsidR="00872B1F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s: 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mandager og onsdager</w:t>
      </w:r>
      <w:r w:rsidR="0093693A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17.30 – 20.00</w:t>
      </w:r>
    </w:p>
    <w:p w14:paraId="3F122D98" w14:textId="5737CD66" w:rsidR="00AA20F3" w:rsidRPr="00873822" w:rsidRDefault="00AA20F3" w:rsidP="00AA20F3">
      <w:pPr>
        <w:rPr>
          <w:rFonts w:ascii="Arial" w:hAnsi="Arial" w:cs="Arial"/>
          <w:lang w:val="nb-NO"/>
        </w:rPr>
      </w:pPr>
      <w:r w:rsidRPr="00873822">
        <w:rPr>
          <w:rFonts w:ascii="Arial" w:hAnsi="Arial" w:cs="Arial"/>
          <w:lang w:val="nb-NO"/>
        </w:rPr>
        <w:t xml:space="preserve">Kurset er for deg som allerede kan litt norsk, men vil </w:t>
      </w:r>
      <w:r w:rsidR="00872B1F" w:rsidRPr="00873822">
        <w:rPr>
          <w:rFonts w:ascii="Arial" w:hAnsi="Arial" w:cs="Arial"/>
          <w:lang w:val="nb-NO"/>
        </w:rPr>
        <w:t xml:space="preserve">bli </w:t>
      </w:r>
      <w:r w:rsidRPr="00873822">
        <w:rPr>
          <w:rFonts w:ascii="Arial" w:hAnsi="Arial" w:cs="Arial"/>
          <w:lang w:val="nb-NO"/>
        </w:rPr>
        <w:t xml:space="preserve">flinkere og </w:t>
      </w:r>
      <w:r w:rsidR="00872B1F" w:rsidRPr="00873822">
        <w:rPr>
          <w:rFonts w:ascii="Arial" w:hAnsi="Arial" w:cs="Arial"/>
          <w:lang w:val="nb-NO"/>
        </w:rPr>
        <w:t>få</w:t>
      </w:r>
      <w:r w:rsidRPr="00873822">
        <w:rPr>
          <w:rFonts w:ascii="Arial" w:hAnsi="Arial" w:cs="Arial"/>
          <w:lang w:val="nb-NO"/>
        </w:rPr>
        <w:t xml:space="preserve"> mer selvtillit til å kommunisere på norsk. </w:t>
      </w:r>
    </w:p>
    <w:p w14:paraId="0654CB72" w14:textId="3B7521F3" w:rsidR="00DC4796" w:rsidRPr="00873822" w:rsidRDefault="00DC4796" w:rsidP="00AA20F3">
      <w:pPr>
        <w:rPr>
          <w:rFonts w:ascii="Arial" w:hAnsi="Arial" w:cs="Arial"/>
          <w:lang w:val="nb-NO"/>
        </w:rPr>
      </w:pPr>
      <w:r w:rsidRPr="00873822">
        <w:rPr>
          <w:rFonts w:ascii="Arial" w:hAnsi="Arial" w:cs="Arial"/>
          <w:lang w:val="nb-NO"/>
        </w:rPr>
        <w:t>Moss Voksenopplæringen tilbyr norskprøver på alle nivåer og gir tilbud om norskprøvetrening for de som ønsker.</w:t>
      </w:r>
    </w:p>
    <w:p w14:paraId="4CAEC033" w14:textId="77777777" w:rsidR="00DC4796" w:rsidRPr="00873822" w:rsidRDefault="00DC4796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Varighet: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7-9 uker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br/>
      </w: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Pris: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NOK 3100-4300 kr</w:t>
      </w:r>
    </w:p>
    <w:p w14:paraId="67103646" w14:textId="77777777" w:rsidR="00DC4796" w:rsidRPr="00873822" w:rsidRDefault="00DC4796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</w:p>
    <w:p w14:paraId="73FEFBC9" w14:textId="77777777" w:rsidR="00DC4796" w:rsidRPr="00873822" w:rsidRDefault="00DC4796" w:rsidP="00DC4796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Nye grupper fra mandag 17.august 2026.</w:t>
      </w:r>
    </w:p>
    <w:p w14:paraId="6D6E1375" w14:textId="77777777" w:rsidR="00AA20F3" w:rsidRPr="00873822" w:rsidRDefault="00AA20F3" w:rsidP="00AA20F3">
      <w:pPr>
        <w:rPr>
          <w:rFonts w:ascii="Arial" w:hAnsi="Arial" w:cs="Arial"/>
          <w:lang w:val="nb-NO"/>
        </w:rPr>
      </w:pPr>
    </w:p>
    <w:p w14:paraId="7BE4F9DB" w14:textId="1907DE41" w:rsidR="00210F0D" w:rsidRPr="00873822" w:rsidRDefault="00210F0D" w:rsidP="00D17DCF">
      <w:pPr>
        <w:spacing w:before="100" w:beforeAutospacing="1" w:after="100" w:afterAutospacing="1" w:line="300" w:lineRule="atLeast"/>
        <w:outlineLvl w:val="1"/>
        <w:rPr>
          <w:rFonts w:ascii="Arial" w:eastAsia="Times New Roman" w:hAnsi="Arial" w:cs="Arial"/>
          <w:b/>
          <w:bCs/>
          <w:sz w:val="36"/>
          <w:szCs w:val="36"/>
          <w:lang w:eastAsia="nb-NO"/>
        </w:rPr>
      </w:pPr>
      <w:r w:rsidRPr="00873822">
        <w:rPr>
          <w:rFonts w:ascii="Arial" w:eastAsia="Times New Roman" w:hAnsi="Arial" w:cs="Arial"/>
          <w:b/>
          <w:bCs/>
          <w:sz w:val="36"/>
          <w:szCs w:val="36"/>
          <w:lang w:eastAsia="nb-NO"/>
        </w:rPr>
        <w:t>Norwegian Course (A1–A2 Level)</w:t>
      </w:r>
    </w:p>
    <w:p w14:paraId="1A523A53" w14:textId="77777777" w:rsidR="00210F0D" w:rsidRPr="00873822" w:rsidRDefault="00210F0D" w:rsidP="00210F0D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A systematic introduction to the Norwegian language</w:t>
      </w:r>
    </w:p>
    <w:p w14:paraId="5F944E0E" w14:textId="77777777" w:rsidR="00210F0D" w:rsidRPr="00873822" w:rsidRDefault="00210F0D" w:rsidP="00210F0D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Everyday language and practical communication skills</w:t>
      </w:r>
    </w:p>
    <w:p w14:paraId="69F83100" w14:textId="77777777" w:rsidR="001F67A8" w:rsidRPr="00873822" w:rsidRDefault="00210F0D" w:rsidP="001F67A8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Insight into Norwegian culture and working life</w:t>
      </w:r>
    </w:p>
    <w:p w14:paraId="379B0AA2" w14:textId="006580B7" w:rsidR="00210F0D" w:rsidRPr="00873822" w:rsidRDefault="00210F0D" w:rsidP="00D17DCF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Evening classes</w:t>
      </w:r>
      <w:r w:rsidR="001F67A8" w:rsidRPr="00873822">
        <w:rPr>
          <w:rFonts w:ascii="Arial" w:eastAsia="Times New Roman" w:hAnsi="Arial" w:cs="Arial"/>
          <w:b/>
          <w:bCs/>
          <w:sz w:val="21"/>
          <w:szCs w:val="21"/>
          <w:lang w:eastAsia="nb-NO"/>
        </w:rPr>
        <w:t>,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Mondays and Wednesdays</w:t>
      </w:r>
      <w:r w:rsidR="001F67A8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17.30 – 20.00</w:t>
      </w:r>
    </w:p>
    <w:p w14:paraId="698656A4" w14:textId="1C9877EF" w:rsidR="00210F0D" w:rsidRPr="00873822" w:rsidRDefault="00210F0D" w:rsidP="001F67A8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This course is designed for learners who already have some basic knowledge of Norwegian</w:t>
      </w:r>
      <w:r w:rsidR="00477A0F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, 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but want to:</w:t>
      </w:r>
      <w:r w:rsidR="00927E49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i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mprove their skills</w:t>
      </w:r>
      <w:r w:rsidR="00927E49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and b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uild confidence in speaking and understanding Norwegian</w:t>
      </w:r>
    </w:p>
    <w:p w14:paraId="7A0662D7" w14:textId="593A5F50" w:rsidR="00210F0D" w:rsidRPr="00873822" w:rsidRDefault="00210F0D" w:rsidP="001F67A8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eastAsia="nb-NO"/>
        </w:rPr>
      </w:pPr>
      <w:r w:rsidRPr="00873822">
        <w:rPr>
          <w:rFonts w:ascii="Arial" w:eastAsia="Times New Roman" w:hAnsi="Arial" w:cs="Arial"/>
          <w:sz w:val="21"/>
          <w:szCs w:val="21"/>
          <w:lang w:eastAsia="nb-NO"/>
        </w:rPr>
        <w:t>Moss Adult Education Centre:</w:t>
      </w:r>
      <w:r w:rsidR="001F67A8" w:rsidRPr="00873822">
        <w:rPr>
          <w:rFonts w:ascii="Arial" w:eastAsia="Times New Roman" w:hAnsi="Arial" w:cs="Arial"/>
          <w:sz w:val="21"/>
          <w:szCs w:val="21"/>
          <w:lang w:eastAsia="nb-NO"/>
        </w:rPr>
        <w:t xml:space="preserve"> o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ffers official Norwegian language tests at all levels</w:t>
      </w:r>
      <w:r w:rsidR="001F67A8" w:rsidRPr="00873822">
        <w:rPr>
          <w:rFonts w:ascii="Arial" w:eastAsia="Times New Roman" w:hAnsi="Arial" w:cs="Arial"/>
          <w:sz w:val="21"/>
          <w:szCs w:val="21"/>
          <w:lang w:eastAsia="nb-NO"/>
        </w:rPr>
        <w:t>, and p</w:t>
      </w:r>
      <w:r w:rsidRPr="00873822">
        <w:rPr>
          <w:rFonts w:ascii="Arial" w:eastAsia="Times New Roman" w:hAnsi="Arial" w:cs="Arial"/>
          <w:sz w:val="21"/>
          <w:szCs w:val="21"/>
          <w:lang w:eastAsia="nb-NO"/>
        </w:rPr>
        <w:t>rovides preparation courses for those who want to take the test</w:t>
      </w:r>
    </w:p>
    <w:p w14:paraId="620ADE25" w14:textId="77777777" w:rsidR="00210F0D" w:rsidRPr="00873822" w:rsidRDefault="00210F0D" w:rsidP="00210F0D">
      <w:pPr>
        <w:spacing w:before="100" w:beforeAutospacing="1" w:after="100" w:afterAutospacing="1" w:line="300" w:lineRule="atLeast"/>
        <w:outlineLvl w:val="2"/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  <w:t>Course details</w:t>
      </w:r>
    </w:p>
    <w:p w14:paraId="55F91E03" w14:textId="77777777" w:rsidR="00210F0D" w:rsidRPr="00873822" w:rsidRDefault="00210F0D" w:rsidP="00210F0D">
      <w:pPr>
        <w:numPr>
          <w:ilvl w:val="0"/>
          <w:numId w:val="18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Duration: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7–9 weeks</w:t>
      </w:r>
    </w:p>
    <w:p w14:paraId="51013A7F" w14:textId="77777777" w:rsidR="00210F0D" w:rsidRPr="00873822" w:rsidRDefault="00210F0D" w:rsidP="00210F0D">
      <w:pPr>
        <w:numPr>
          <w:ilvl w:val="0"/>
          <w:numId w:val="18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Price: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NOK 3100–4300</w:t>
      </w:r>
    </w:p>
    <w:p w14:paraId="218861C8" w14:textId="5107A859" w:rsidR="00D17DCF" w:rsidRPr="00873822" w:rsidRDefault="00D17DCF">
      <w:pPr>
        <w:rPr>
          <w:rFonts w:ascii="Arial" w:hAnsi="Arial" w:cs="Arial"/>
          <w:lang w:val="nb-NO"/>
        </w:rPr>
      </w:pPr>
      <w:r w:rsidRPr="00873822">
        <w:rPr>
          <w:rFonts w:ascii="Arial" w:hAnsi="Arial" w:cs="Arial"/>
          <w:lang w:val="nb-NO"/>
        </w:rPr>
        <w:br w:type="page"/>
      </w:r>
    </w:p>
    <w:p w14:paraId="2DD23D32" w14:textId="77777777" w:rsidR="00DC4796" w:rsidRPr="00873822" w:rsidRDefault="00DC4796" w:rsidP="00AA20F3">
      <w:pPr>
        <w:rPr>
          <w:rFonts w:ascii="Arial" w:hAnsi="Arial" w:cs="Arial"/>
          <w:lang w:val="nb-NO"/>
        </w:rPr>
      </w:pPr>
    </w:p>
    <w:p w14:paraId="32ED6584" w14:textId="51CE8878" w:rsidR="00AA20F3" w:rsidRPr="00873822" w:rsidRDefault="00DC4796" w:rsidP="00AA20F3">
      <w:pPr>
        <w:spacing w:before="100" w:beforeAutospacing="1" w:after="100" w:afterAutospacing="1" w:line="300" w:lineRule="atLeast"/>
        <w:outlineLvl w:val="2"/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  <w:t xml:space="preserve">Nettkurs </w:t>
      </w:r>
      <w:r w:rsidR="00AA20F3" w:rsidRPr="00873822">
        <w:rPr>
          <w:rFonts w:ascii="Arial" w:eastAsia="Times New Roman" w:hAnsi="Arial" w:cs="Arial"/>
          <w:b/>
          <w:bCs/>
          <w:sz w:val="27"/>
          <w:szCs w:val="27"/>
          <w:lang w:val="nb-NO" w:eastAsia="nb-NO"/>
        </w:rPr>
        <w:t>A2–B2 (kveld)</w:t>
      </w:r>
    </w:p>
    <w:p w14:paraId="585C5616" w14:textId="77777777" w:rsidR="00AA20F3" w:rsidRPr="00873822" w:rsidRDefault="00AA20F3" w:rsidP="00AA20F3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Bli tryggere i norsk i hverdagen og på jobb!</w:t>
      </w:r>
    </w:p>
    <w:p w14:paraId="695F81BA" w14:textId="1B6B5D38" w:rsidR="00AA20F3" w:rsidRPr="00873822" w:rsidRDefault="00DB725A" w:rsidP="00AA20F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bookmarkStart w:id="2" w:name="_Hlk232004217"/>
      <w:r>
        <w:rPr>
          <w:rFonts w:ascii="Arial" w:eastAsia="Times New Roman" w:hAnsi="Arial" w:cs="Arial"/>
          <w:sz w:val="21"/>
          <w:szCs w:val="21"/>
          <w:lang w:val="nb-NO" w:eastAsia="nb-NO"/>
        </w:rPr>
        <w:t>Digital læringsplattform med fokus på skriftlig og muntlig</w:t>
      </w:r>
      <w:r w:rsidR="00AA20F3"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kommunikasjon</w:t>
      </w:r>
    </w:p>
    <w:p w14:paraId="1000A074" w14:textId="77777777" w:rsidR="00AA20F3" w:rsidRPr="00873822" w:rsidRDefault="00AA20F3" w:rsidP="00AA20F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Fokus på norsk kultur og arbeidsliv</w:t>
      </w:r>
    </w:p>
    <w:p w14:paraId="03183A7E" w14:textId="77777777" w:rsidR="00AA20F3" w:rsidRPr="00873822" w:rsidRDefault="00AA20F3" w:rsidP="00AA20F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Forberedelse til Norskprøven A2/B1 og B1/B2</w:t>
      </w:r>
    </w:p>
    <w:p w14:paraId="538897AA" w14:textId="77777777" w:rsidR="00AA20F3" w:rsidRPr="00873822" w:rsidRDefault="00AA20F3" w:rsidP="00AA20F3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Internasjonalt læringsmiljø</w:t>
      </w:r>
    </w:p>
    <w:bookmarkEnd w:id="2"/>
    <w:p w14:paraId="62A5A5B6" w14:textId="7DC872A9" w:rsidR="00DC4796" w:rsidRPr="00873822" w:rsidRDefault="00DC4796" w:rsidP="00AA20F3">
      <w:pPr>
        <w:spacing w:before="100" w:beforeAutospacing="1" w:after="100" w:afterAutospacing="1" w:line="300" w:lineRule="atLeast"/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Kurset er nettbasert med skolesamling 1 gang i måneden, lærer pålogget for veiledning og samtaler hver onsdag.</w:t>
      </w:r>
    </w:p>
    <w:p w14:paraId="294A28DD" w14:textId="3704B933" w:rsidR="00067263" w:rsidRPr="00873822" w:rsidRDefault="00AA20F3" w:rsidP="00067263">
      <w:pPr>
        <w:spacing w:before="100" w:beforeAutospacing="1" w:after="100" w:afterAutospacing="1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>For deg som kan litt norsk og vil bli flinkere</w:t>
      </w:r>
      <w:r w:rsidR="00067263" w:rsidRPr="00873822">
        <w:rPr>
          <w:rFonts w:ascii="Arial" w:eastAsia="Times New Roman" w:hAnsi="Arial" w:cs="Arial"/>
          <w:sz w:val="21"/>
          <w:szCs w:val="21"/>
          <w:lang w:val="nb-NO" w:eastAsia="nb-NO"/>
        </w:rPr>
        <w:t>.</w:t>
      </w:r>
    </w:p>
    <w:p w14:paraId="0988AC11" w14:textId="77777777" w:rsidR="00872B1F" w:rsidRPr="00873822" w:rsidRDefault="00872B1F" w:rsidP="00872B1F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Varighet: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7-9 uker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br/>
      </w: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Pris:</w:t>
      </w:r>
      <w:r w:rsidRPr="00873822">
        <w:rPr>
          <w:rFonts w:ascii="Arial" w:eastAsia="Times New Roman" w:hAnsi="Arial" w:cs="Arial"/>
          <w:sz w:val="21"/>
          <w:szCs w:val="21"/>
          <w:lang w:val="nb-NO" w:eastAsia="nb-NO"/>
        </w:rPr>
        <w:t xml:space="preserve"> NOK 3100-4300 kr</w:t>
      </w:r>
    </w:p>
    <w:p w14:paraId="5B3DC6BD" w14:textId="77777777" w:rsidR="00872B1F" w:rsidRPr="00873822" w:rsidRDefault="00872B1F" w:rsidP="00872B1F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</w:p>
    <w:p w14:paraId="6BFE3432" w14:textId="77777777" w:rsidR="00872B1F" w:rsidRPr="00873822" w:rsidRDefault="00872B1F" w:rsidP="00872B1F">
      <w:pPr>
        <w:spacing w:after="0" w:line="300" w:lineRule="atLeast"/>
        <w:rPr>
          <w:rFonts w:ascii="Arial" w:eastAsia="Times New Roman" w:hAnsi="Arial" w:cs="Arial"/>
          <w:sz w:val="21"/>
          <w:szCs w:val="21"/>
          <w:lang w:val="nb-NO" w:eastAsia="nb-NO"/>
        </w:rPr>
      </w:pPr>
      <w:r w:rsidRPr="00873822">
        <w:rPr>
          <w:rFonts w:ascii="Arial" w:eastAsia="Times New Roman" w:hAnsi="Arial" w:cs="Arial"/>
          <w:b/>
          <w:bCs/>
          <w:sz w:val="21"/>
          <w:szCs w:val="21"/>
          <w:lang w:val="nb-NO" w:eastAsia="nb-NO"/>
        </w:rPr>
        <w:t>Nye grupper fra mandag 17.august 2026.</w:t>
      </w:r>
    </w:p>
    <w:p w14:paraId="404D254D" w14:textId="77777777" w:rsidR="00E15C15" w:rsidRPr="00873822" w:rsidRDefault="00E15C15" w:rsidP="005F7F63">
      <w:pPr>
        <w:rPr>
          <w:rFonts w:ascii="Arial" w:hAnsi="Arial" w:cs="Arial"/>
          <w:highlight w:val="yellow"/>
          <w:lang w:val="nb-NO"/>
        </w:rPr>
      </w:pPr>
    </w:p>
    <w:p w14:paraId="1219146E" w14:textId="5E035127" w:rsidR="00C249B4" w:rsidRPr="00873822" w:rsidRDefault="00DC4796" w:rsidP="005F7F63">
      <w:pPr>
        <w:rPr>
          <w:rFonts w:ascii="Arial" w:hAnsi="Arial" w:cs="Arial"/>
          <w:lang w:val="nb-NO"/>
        </w:rPr>
      </w:pPr>
      <w:r w:rsidRPr="00873822">
        <w:rPr>
          <w:rFonts w:ascii="Arial" w:hAnsi="Arial" w:cs="Arial"/>
          <w:highlight w:val="yellow"/>
          <w:lang w:val="nb-NO"/>
        </w:rPr>
        <w:t>ENGELSK tekst</w:t>
      </w:r>
    </w:p>
    <w:bookmarkEnd w:id="0"/>
    <w:bookmarkEnd w:id="1"/>
    <w:p w14:paraId="54E6BDD7" w14:textId="082E5E2B" w:rsidR="00BF01A2" w:rsidRPr="00067263" w:rsidRDefault="00BF01A2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32"/>
          <w:szCs w:val="32"/>
          <w:lang w:val="nb-NO"/>
        </w:rPr>
      </w:pPr>
    </w:p>
    <w:p w14:paraId="34CEC4C1" w14:textId="6D694C86" w:rsidR="00BF01A2" w:rsidRPr="00B266C5" w:rsidRDefault="00BF01A2" w:rsidP="0006178F">
      <w:pPr>
        <w:rPr>
          <w:lang w:val="nb-NO"/>
        </w:rPr>
      </w:pPr>
      <w:r w:rsidRPr="00891375">
        <w:rPr>
          <w:lang w:val="nb-NO"/>
        </w:rPr>
        <w:br/>
      </w:r>
    </w:p>
    <w:p w14:paraId="636B2D8D" w14:textId="77777777" w:rsidR="00E05B2A" w:rsidRPr="00741CF4" w:rsidRDefault="00E05B2A">
      <w:pPr>
        <w:pStyle w:val="Overskrift1"/>
        <w:rPr>
          <w:lang w:val="nb-NO"/>
        </w:rPr>
      </w:pPr>
    </w:p>
    <w:sectPr w:rsidR="00E05B2A" w:rsidRPr="00741CF4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merertliste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merertliste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ktliste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ktlist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096A6F"/>
    <w:multiLevelType w:val="multilevel"/>
    <w:tmpl w:val="ED78B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BFE5133"/>
    <w:multiLevelType w:val="multilevel"/>
    <w:tmpl w:val="A1585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FF6AF1"/>
    <w:multiLevelType w:val="multilevel"/>
    <w:tmpl w:val="CAB86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CD54B29"/>
    <w:multiLevelType w:val="multilevel"/>
    <w:tmpl w:val="36B2C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713550"/>
    <w:multiLevelType w:val="multilevel"/>
    <w:tmpl w:val="D56C0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67264A6"/>
    <w:multiLevelType w:val="multilevel"/>
    <w:tmpl w:val="14647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BED1545"/>
    <w:multiLevelType w:val="multilevel"/>
    <w:tmpl w:val="6510A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C6620A7"/>
    <w:multiLevelType w:val="hybridMultilevel"/>
    <w:tmpl w:val="D1DA1FF6"/>
    <w:lvl w:ilvl="0" w:tplc="6B82D19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FE0309"/>
    <w:multiLevelType w:val="multilevel"/>
    <w:tmpl w:val="21365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08736533">
    <w:abstractNumId w:val="8"/>
  </w:num>
  <w:num w:numId="2" w16cid:durableId="147137722">
    <w:abstractNumId w:val="6"/>
  </w:num>
  <w:num w:numId="3" w16cid:durableId="1927153030">
    <w:abstractNumId w:val="5"/>
  </w:num>
  <w:num w:numId="4" w16cid:durableId="533276362">
    <w:abstractNumId w:val="4"/>
  </w:num>
  <w:num w:numId="5" w16cid:durableId="1252466975">
    <w:abstractNumId w:val="7"/>
  </w:num>
  <w:num w:numId="6" w16cid:durableId="1999066525">
    <w:abstractNumId w:val="3"/>
  </w:num>
  <w:num w:numId="7" w16cid:durableId="45036025">
    <w:abstractNumId w:val="2"/>
  </w:num>
  <w:num w:numId="8" w16cid:durableId="278725219">
    <w:abstractNumId w:val="1"/>
  </w:num>
  <w:num w:numId="9" w16cid:durableId="360399576">
    <w:abstractNumId w:val="0"/>
  </w:num>
  <w:num w:numId="10" w16cid:durableId="1377045195">
    <w:abstractNumId w:val="16"/>
  </w:num>
  <w:num w:numId="11" w16cid:durableId="1486389019">
    <w:abstractNumId w:val="13"/>
  </w:num>
  <w:num w:numId="12" w16cid:durableId="689339112">
    <w:abstractNumId w:val="12"/>
  </w:num>
  <w:num w:numId="13" w16cid:durableId="1677491717">
    <w:abstractNumId w:val="15"/>
  </w:num>
  <w:num w:numId="14" w16cid:durableId="1664356916">
    <w:abstractNumId w:val="11"/>
  </w:num>
  <w:num w:numId="15" w16cid:durableId="1705397009">
    <w:abstractNumId w:val="9"/>
  </w:num>
  <w:num w:numId="16" w16cid:durableId="414284256">
    <w:abstractNumId w:val="10"/>
  </w:num>
  <w:num w:numId="17" w16cid:durableId="1046486264">
    <w:abstractNumId w:val="14"/>
  </w:num>
  <w:num w:numId="18" w16cid:durableId="122980007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0B67"/>
    <w:rsid w:val="00034616"/>
    <w:rsid w:val="00036028"/>
    <w:rsid w:val="0005691A"/>
    <w:rsid w:val="0006063C"/>
    <w:rsid w:val="0006178F"/>
    <w:rsid w:val="00062724"/>
    <w:rsid w:val="00066AB5"/>
    <w:rsid w:val="00067263"/>
    <w:rsid w:val="000B7701"/>
    <w:rsid w:val="000C4EB5"/>
    <w:rsid w:val="000C786F"/>
    <w:rsid w:val="000D0757"/>
    <w:rsid w:val="00132E2D"/>
    <w:rsid w:val="00133477"/>
    <w:rsid w:val="0015074B"/>
    <w:rsid w:val="00152372"/>
    <w:rsid w:val="001700DA"/>
    <w:rsid w:val="001838D2"/>
    <w:rsid w:val="00184385"/>
    <w:rsid w:val="001C40A7"/>
    <w:rsid w:val="001C6F08"/>
    <w:rsid w:val="001E56FA"/>
    <w:rsid w:val="001F67A8"/>
    <w:rsid w:val="002038AD"/>
    <w:rsid w:val="00210F0D"/>
    <w:rsid w:val="00224516"/>
    <w:rsid w:val="0025103E"/>
    <w:rsid w:val="00265343"/>
    <w:rsid w:val="00271D9B"/>
    <w:rsid w:val="0029165B"/>
    <w:rsid w:val="0029639D"/>
    <w:rsid w:val="002C45B5"/>
    <w:rsid w:val="002D4B63"/>
    <w:rsid w:val="002E5998"/>
    <w:rsid w:val="002F2F7C"/>
    <w:rsid w:val="00326F90"/>
    <w:rsid w:val="0033359D"/>
    <w:rsid w:val="00380793"/>
    <w:rsid w:val="0039066B"/>
    <w:rsid w:val="003910E2"/>
    <w:rsid w:val="003961E1"/>
    <w:rsid w:val="003B4636"/>
    <w:rsid w:val="004076F5"/>
    <w:rsid w:val="00473241"/>
    <w:rsid w:val="00477A0F"/>
    <w:rsid w:val="004A3F0C"/>
    <w:rsid w:val="0051057E"/>
    <w:rsid w:val="0051125F"/>
    <w:rsid w:val="00512493"/>
    <w:rsid w:val="005270C4"/>
    <w:rsid w:val="00527741"/>
    <w:rsid w:val="00536845"/>
    <w:rsid w:val="00547326"/>
    <w:rsid w:val="00574254"/>
    <w:rsid w:val="00583B90"/>
    <w:rsid w:val="005852D6"/>
    <w:rsid w:val="00594060"/>
    <w:rsid w:val="005C5DBC"/>
    <w:rsid w:val="005D4E2F"/>
    <w:rsid w:val="005F7F63"/>
    <w:rsid w:val="0060380F"/>
    <w:rsid w:val="00604F44"/>
    <w:rsid w:val="006936F1"/>
    <w:rsid w:val="006C4C50"/>
    <w:rsid w:val="007132E4"/>
    <w:rsid w:val="00741CF4"/>
    <w:rsid w:val="007646D6"/>
    <w:rsid w:val="007F2877"/>
    <w:rsid w:val="007F3F9D"/>
    <w:rsid w:val="00853008"/>
    <w:rsid w:val="00872B1F"/>
    <w:rsid w:val="00873822"/>
    <w:rsid w:val="00891375"/>
    <w:rsid w:val="008C23B0"/>
    <w:rsid w:val="008C66EF"/>
    <w:rsid w:val="008D0903"/>
    <w:rsid w:val="00927E49"/>
    <w:rsid w:val="0093693A"/>
    <w:rsid w:val="009442E0"/>
    <w:rsid w:val="00995E9D"/>
    <w:rsid w:val="009B6EE3"/>
    <w:rsid w:val="009D0622"/>
    <w:rsid w:val="00A30E64"/>
    <w:rsid w:val="00A55698"/>
    <w:rsid w:val="00A92723"/>
    <w:rsid w:val="00AA1D8D"/>
    <w:rsid w:val="00AA20F3"/>
    <w:rsid w:val="00AE5B7A"/>
    <w:rsid w:val="00AF5723"/>
    <w:rsid w:val="00B20915"/>
    <w:rsid w:val="00B2388F"/>
    <w:rsid w:val="00B266C5"/>
    <w:rsid w:val="00B3704C"/>
    <w:rsid w:val="00B47730"/>
    <w:rsid w:val="00B52D10"/>
    <w:rsid w:val="00B97EC2"/>
    <w:rsid w:val="00BA7C54"/>
    <w:rsid w:val="00BF01A2"/>
    <w:rsid w:val="00C249B4"/>
    <w:rsid w:val="00C437C5"/>
    <w:rsid w:val="00C47110"/>
    <w:rsid w:val="00C50625"/>
    <w:rsid w:val="00C60EE2"/>
    <w:rsid w:val="00CB0664"/>
    <w:rsid w:val="00CF73A8"/>
    <w:rsid w:val="00D06D53"/>
    <w:rsid w:val="00D17DCF"/>
    <w:rsid w:val="00DA5DF8"/>
    <w:rsid w:val="00DA63BC"/>
    <w:rsid w:val="00DB42D1"/>
    <w:rsid w:val="00DB725A"/>
    <w:rsid w:val="00DC4796"/>
    <w:rsid w:val="00E05B2A"/>
    <w:rsid w:val="00E15C15"/>
    <w:rsid w:val="00E209F2"/>
    <w:rsid w:val="00E379D6"/>
    <w:rsid w:val="00E5242A"/>
    <w:rsid w:val="00E908F5"/>
    <w:rsid w:val="00EA40E7"/>
    <w:rsid w:val="00EF0FDB"/>
    <w:rsid w:val="00F003D1"/>
    <w:rsid w:val="00F060A0"/>
    <w:rsid w:val="00F2636A"/>
    <w:rsid w:val="00F45BAA"/>
    <w:rsid w:val="00F61810"/>
    <w:rsid w:val="00F95141"/>
    <w:rsid w:val="00FB4223"/>
    <w:rsid w:val="00FC693F"/>
    <w:rsid w:val="00FF2C44"/>
    <w:rsid w:val="00FF7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44B903"/>
  <w14:defaultImageDpi w14:val="300"/>
  <w15:docId w15:val="{34DC520D-9A3B-47D6-B9E3-03CB6B598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Overskrift1">
    <w:name w:val="heading 1"/>
    <w:basedOn w:val="Normal"/>
    <w:next w:val="Normal"/>
    <w:link w:val="Overskrift1Tegn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618BF"/>
  </w:style>
  <w:style w:type="paragraph" w:styleId="Bunntekst">
    <w:name w:val="footer"/>
    <w:basedOn w:val="Normal"/>
    <w:link w:val="BunntekstTeg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618BF"/>
  </w:style>
  <w:style w:type="paragraph" w:styleId="Ingenmellomrom">
    <w:name w:val="No Spacing"/>
    <w:uiPriority w:val="1"/>
    <w:qFormat/>
    <w:rsid w:val="00FC693F"/>
    <w:pPr>
      <w:spacing w:after="0" w:line="240" w:lineRule="auto"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tel">
    <w:name w:val="Title"/>
    <w:basedOn w:val="Normal"/>
    <w:next w:val="Normal"/>
    <w:link w:val="TittelTegn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avsnitt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rdtekst">
    <w:name w:val="Body Text"/>
    <w:basedOn w:val="Normal"/>
    <w:link w:val="BrdtekstTegn"/>
    <w:uiPriority w:val="99"/>
    <w:unhideWhenUsed/>
    <w:rsid w:val="00AA1D8D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rsid w:val="00AA1D8D"/>
  </w:style>
  <w:style w:type="paragraph" w:styleId="Brdtekst2">
    <w:name w:val="Body Text 2"/>
    <w:basedOn w:val="Normal"/>
    <w:link w:val="Brdtekst2Tegn"/>
    <w:uiPriority w:val="99"/>
    <w:unhideWhenUsed/>
    <w:rsid w:val="00AA1D8D"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rsid w:val="00AA1D8D"/>
  </w:style>
  <w:style w:type="paragraph" w:styleId="Brdtekst3">
    <w:name w:val="Body Text 3"/>
    <w:basedOn w:val="Normal"/>
    <w:link w:val="Brdtekst3Tegn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rdtekst3Tegn">
    <w:name w:val="Brødtekst 3 Tegn"/>
    <w:basedOn w:val="Standardskriftforavsnitt"/>
    <w:link w:val="Brdtekst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Punktliste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merertliste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merertliste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merertliste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-forts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-forts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-forts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krotekst">
    <w:name w:val="macro"/>
    <w:link w:val="MakrotekstTegn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rsid w:val="0029639D"/>
    <w:rPr>
      <w:rFonts w:ascii="Courier" w:hAnsi="Courier"/>
      <w:sz w:val="20"/>
      <w:szCs w:val="20"/>
    </w:rPr>
  </w:style>
  <w:style w:type="paragraph" w:styleId="Sitat">
    <w:name w:val="Quote"/>
    <w:basedOn w:val="Normal"/>
    <w:next w:val="Normal"/>
    <w:link w:val="SitatTegn"/>
    <w:uiPriority w:val="29"/>
    <w:qFormat/>
    <w:rsid w:val="00FC693F"/>
    <w:rPr>
      <w:i/>
      <w:iCs/>
      <w:color w:val="000000" w:themeColor="text1"/>
    </w:rPr>
  </w:style>
  <w:style w:type="character" w:customStyle="1" w:styleId="SitatTegn">
    <w:name w:val="Sitat Tegn"/>
    <w:basedOn w:val="Standardskriftforavsnitt"/>
    <w:link w:val="Sitat"/>
    <w:uiPriority w:val="29"/>
    <w:rsid w:val="00FC693F"/>
    <w:rPr>
      <w:i/>
      <w:iCs/>
      <w:color w:val="000000" w:themeColor="text1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erk">
    <w:name w:val="Strong"/>
    <w:basedOn w:val="Standardskriftforavsnitt"/>
    <w:uiPriority w:val="22"/>
    <w:qFormat/>
    <w:rsid w:val="00FC693F"/>
    <w:rPr>
      <w:b/>
      <w:bCs/>
    </w:rPr>
  </w:style>
  <w:style w:type="character" w:styleId="Utheving">
    <w:name w:val="Emphasis"/>
    <w:basedOn w:val="Standardskriftforavsnitt"/>
    <w:uiPriority w:val="20"/>
    <w:qFormat/>
    <w:rsid w:val="00FC693F"/>
    <w:rPr>
      <w:i/>
      <w:iCs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FC693F"/>
    <w:rPr>
      <w:b/>
      <w:bCs/>
      <w:i/>
      <w:iCs/>
      <w:color w:val="4F81BD" w:themeColor="accent1"/>
    </w:rPr>
  </w:style>
  <w:style w:type="character" w:styleId="Svakutheving">
    <w:name w:val="Subtle Emphasis"/>
    <w:basedOn w:val="Standardskriftforavsnitt"/>
    <w:uiPriority w:val="19"/>
    <w:qFormat/>
    <w:rsid w:val="00FC693F"/>
    <w:rPr>
      <w:i/>
      <w:iCs/>
      <w:color w:val="808080" w:themeColor="text1" w:themeTint="7F"/>
    </w:rPr>
  </w:style>
  <w:style w:type="character" w:styleId="Sterkutheving">
    <w:name w:val="Intense Emphasis"/>
    <w:basedOn w:val="Standardskriftforavsnitt"/>
    <w:uiPriority w:val="21"/>
    <w:qFormat/>
    <w:rsid w:val="00FC693F"/>
    <w:rPr>
      <w:b/>
      <w:bCs/>
      <w:i/>
      <w:iCs/>
      <w:color w:val="4F81BD" w:themeColor="accent1"/>
    </w:rPr>
  </w:style>
  <w:style w:type="character" w:styleId="Svakreferanse">
    <w:name w:val="Subtle Reference"/>
    <w:basedOn w:val="Standardskriftforavsnitt"/>
    <w:uiPriority w:val="31"/>
    <w:qFormat/>
    <w:rsid w:val="00FC693F"/>
    <w:rPr>
      <w:smallCaps/>
      <w:color w:val="C0504D" w:themeColor="accent2"/>
      <w:u w:val="single"/>
    </w:rPr>
  </w:style>
  <w:style w:type="character" w:styleId="Sterkreferanse">
    <w:name w:val="Intense Reference"/>
    <w:basedOn w:val="Standardskriftforavsnit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ktittel">
    <w:name w:val="Book Title"/>
    <w:basedOn w:val="Standardskriftforavsnitt"/>
    <w:uiPriority w:val="33"/>
    <w:qFormat/>
    <w:rsid w:val="00FC693F"/>
    <w:rPr>
      <w:b/>
      <w:bCs/>
      <w:smallCaps/>
      <w:spacing w:val="5"/>
    </w:r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rsid w:val="00FC693F"/>
    <w:pPr>
      <w:outlineLvl w:val="9"/>
    </w:pPr>
  </w:style>
  <w:style w:type="table" w:styleId="Tabellrutenett">
    <w:name w:val="Table Grid"/>
    <w:basedOn w:val="Vanligtabel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ysskyggelegging">
    <w:name w:val="Light Shading"/>
    <w:basedOn w:val="Vanligtabel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legginguthevingsfarge1">
    <w:name w:val="Light Shading Accent 1"/>
    <w:basedOn w:val="Vanligtabel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ysskyggelegginguthevingsfarge2">
    <w:name w:val="Light Shading Accent 2"/>
    <w:basedOn w:val="Vanligtabel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ysskyggelegginguthevingsfarge3">
    <w:name w:val="Light Shading Accent 3"/>
    <w:basedOn w:val="Vanligtabel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ysskyggelegginguthevingsfarge4">
    <w:name w:val="Light Shading Accent 4"/>
    <w:basedOn w:val="Vanligtabel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ysskyggelegginguthevingsfarge5">
    <w:name w:val="Light Shading Accent 5"/>
    <w:basedOn w:val="Vanligtabel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ysskyggelegginguthevingsfarge6">
    <w:name w:val="Light Shading Accent 6"/>
    <w:basedOn w:val="Vanligtabel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ysliste">
    <w:name w:val="Light List"/>
    <w:basedOn w:val="Vanlig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uthevingsfarge1">
    <w:name w:val="Light List Accent 1"/>
    <w:basedOn w:val="Vanlig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yslisteuthevingsfarge2">
    <w:name w:val="Light List Accent 2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yslisteuthevingsfarge3">
    <w:name w:val="Light List Accent 3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yslisteuthevingsfarge4">
    <w:name w:val="Light List Accent 4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yslisteuthevingsfarge5">
    <w:name w:val="Light List Accent 5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yslisteuthevingsfarge6">
    <w:name w:val="Light List Accent 6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ystrutenett">
    <w:name w:val="Light Grid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rutenettuthevingsfarge1">
    <w:name w:val="Light Grid Accent 1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ystrutenettuthevingsfarge2">
    <w:name w:val="Light Grid Accent 2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ystrutenettuthevingsfarge3">
    <w:name w:val="Light Grid Accent 3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ystrutenettuthevingsfarge4">
    <w:name w:val="Light Grid Accent 4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ystrutenettuthevingsfarge5">
    <w:name w:val="Light Grid Accent 5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ystrutenettuthevingsfarge6">
    <w:name w:val="Light Grid Accent 6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iddelsskyggelegging1">
    <w:name w:val="Medium Shading 1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1">
    <w:name w:val="Medium Shading 1 Accent 1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2">
    <w:name w:val="Medium Shading 1 Accent 2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3">
    <w:name w:val="Medium Shading 1 Accent 3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4">
    <w:name w:val="Medium Shading 1 Accent 4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5">
    <w:name w:val="Medium Shading 1 Accent 5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6">
    <w:name w:val="Medium Shading 1 Accent 6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2">
    <w:name w:val="Medium Shading 2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1">
    <w:name w:val="Medium Shading 2 Accent 1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2">
    <w:name w:val="Medium Shading 2 Accent 2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3">
    <w:name w:val="Medium Shading 2 Accent 3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4">
    <w:name w:val="Medium Shading 2 Accent 4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5">
    <w:name w:val="Medium Shading 2 Accent 5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6">
    <w:name w:val="Medium Shading 2 Accent 6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liste1">
    <w:name w:val="Medium List 1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ddelsliste1uthevingsfarge1">
    <w:name w:val="Medium List 1 Accent 1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ddelsliste1uthevingsfarge2">
    <w:name w:val="Medium List 1 Accent 2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ddelsliste1uthevingsfarge3">
    <w:name w:val="Medium List 1 Accent 3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ddelsliste1uthevingsfarge4">
    <w:name w:val="Medium List 1 Accent 4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ddelsliste1uthevingsfarge5">
    <w:name w:val="Medium List 1 Accent 5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ddelsliste1uthevingsfarge6">
    <w:name w:val="Medium List 1 Accent 6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ddelsliste2">
    <w:name w:val="Medium List 2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1">
    <w:name w:val="Medium List 2 Accent 1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2">
    <w:name w:val="Medium List 2 Accent 2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3">
    <w:name w:val="Medium List 2 Accent 3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4">
    <w:name w:val="Medium List 2 Accent 4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5">
    <w:name w:val="Medium List 2 Accent 5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6">
    <w:name w:val="Medium List 2 Accent 6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rutenett1">
    <w:name w:val="Medium Grid 1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ddelsrutenett1uthevingsfarge1">
    <w:name w:val="Medium Grid 1 Accent 1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ddelsrutenett1uthevingsfarge2">
    <w:name w:val="Medium Grid 1 Accent 2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ddelsrutenett1uthevingsfarge3">
    <w:name w:val="Medium Grid 1 Accent 3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rutenett1uthevingsfarge4">
    <w:name w:val="Medium Grid 1 Accent 4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ddelsrutenett1uthevingsfarge5">
    <w:name w:val="Medium Grid 1 Accent 5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ddelsrutenett1uthevingsfarge6">
    <w:name w:val="Medium Grid 1 Accent 6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ddelsrutenett2">
    <w:name w:val="Medium Grid 2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1">
    <w:name w:val="Medium Grid 2 Accent 1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2">
    <w:name w:val="Medium Grid 2 Accent 2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3">
    <w:name w:val="Medium Grid 2 Accent 3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4">
    <w:name w:val="Medium Grid 2 Accent 4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5">
    <w:name w:val="Medium Grid 2 Accent 5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6">
    <w:name w:val="Medium Grid 2 Accent 6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3">
    <w:name w:val="Medium Grid 3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ddelsrutenett3uthevingsfarge1">
    <w:name w:val="Medium Grid 3 Accent 1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ddelsrutenett3uthevingsfarge2">
    <w:name w:val="Medium Grid 3 Accent 2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ddelsrutenett3uthevingsfarge3">
    <w:name w:val="Medium Grid 3 Accent 3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ddelsrutenett3uthevingsfarge4">
    <w:name w:val="Medium Grid 3 Accent 4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ddelsrutenett3uthevingsfarge5">
    <w:name w:val="Medium Grid 3 Accent 5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ddelsrutenett3uthevingsfarge6">
    <w:name w:val="Medium Grid 3 Accent 6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rkliste">
    <w:name w:val="Dark List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uthevingsfarge1">
    <w:name w:val="Dark List Accent 1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Mrklisteuthevingsfarge2">
    <w:name w:val="Dark List Accent 2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Mrklisteuthevingsfarge3">
    <w:name w:val="Dark List Accent 3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rklisteuthevingsfarge4">
    <w:name w:val="Dark List Accent 4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Mrklisteuthevingsfarge5">
    <w:name w:val="Dark List Accent 5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Mrklisteuthevingsfarge6">
    <w:name w:val="Dark List Accent 6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gerikskyggelegging">
    <w:name w:val="Colorful Shading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1">
    <w:name w:val="Colorful Shading Accent 1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2">
    <w:name w:val="Colorful Shading Accent 2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3">
    <w:name w:val="Colorful Shading Accent 3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skyggelegginguthevingsfarge4">
    <w:name w:val="Colorful Shading Accent 4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5">
    <w:name w:val="Colorful Shading Accent 5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6">
    <w:name w:val="Colorful Shading Accent 6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liste">
    <w:name w:val="Colorful List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geriklisteuthevingsfarge1">
    <w:name w:val="Colorful List Accent 1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geriklisteuthevingsfarge2">
    <w:name w:val="Colorful List Accent 2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geriklisteuthevingsfarge3">
    <w:name w:val="Colorful List Accent 3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geriklisteuthevingsfarge4">
    <w:name w:val="Colorful List Accent 4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geriklisteuthevingsfarge5">
    <w:name w:val="Colorful List Accent 5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geriklisteuthevingsfarge6">
    <w:name w:val="Colorful List Accent 6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geriktrutenett">
    <w:name w:val="Colorful Grid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geriktrutenettuthevingsfarge1">
    <w:name w:val="Colorful Grid Accent 1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geriktrutenettuthevingsfarge2">
    <w:name w:val="Colorful Grid Accent 2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geriktrutenettuthevingsfarge3">
    <w:name w:val="Colorful Grid Accent 3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trutenettuthevingsfarge4">
    <w:name w:val="Colorful Grid Accent 4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geriktrutenettuthevingsfarge5">
    <w:name w:val="Colorful Grid Accent 5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geriktrutenettuthevingsfarge6">
    <w:name w:val="Colorful Grid Accent 6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Web">
    <w:name w:val="Normal (Web)"/>
    <w:basedOn w:val="Normal"/>
    <w:uiPriority w:val="99"/>
    <w:semiHidden/>
    <w:unhideWhenUsed/>
    <w:rsid w:val="007132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styleId="Hyperkobling">
    <w:name w:val="Hyperlink"/>
    <w:basedOn w:val="Standardskriftforavsnitt"/>
    <w:uiPriority w:val="99"/>
    <w:unhideWhenUsed/>
    <w:rsid w:val="00872B1F"/>
    <w:rPr>
      <w:color w:val="0000FF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872B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44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82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4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2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71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2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16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32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3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29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moss.kommune.no/alle-tjenester/flyktningtjenesten-og-voksenopplaring/voksenopplaring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moss.kommune.no/alle-tjenester/flyktningtjenesten-og-voksenopplaring/voksenopplarin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58308a5-4d03-4e20-a41b-b09feffbceb9}" enabled="1" method="Standard" siteId="{02202e82-b288-4acb-8b0a-7f8404a47cd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483</Words>
  <Characters>2563</Characters>
  <Application>Microsoft Office Word</Application>
  <DocSecurity>0</DocSecurity>
  <Lines>21</Lines>
  <Paragraphs>6</Paragraphs>
  <ScaleCrop>false</ScaleCrop>
  <Manager/>
  <Company/>
  <LinksUpToDate>false</LinksUpToDate>
  <CharactersWithSpaces>3040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Petter Solerød</dc:creator>
  <cp:keywords/>
  <dc:description>generated by python-docx</dc:description>
  <cp:lastModifiedBy>Torill Sørenssen</cp:lastModifiedBy>
  <cp:revision>5</cp:revision>
  <cp:lastPrinted>2026-06-05T11:41:00Z</cp:lastPrinted>
  <dcterms:created xsi:type="dcterms:W3CDTF">2026-06-12T12:06:00Z</dcterms:created>
  <dcterms:modified xsi:type="dcterms:W3CDTF">2026-06-12T12:06:00Z</dcterms:modified>
  <cp:category/>
</cp:coreProperties>
</file>